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4592B" w14:textId="77777777" w:rsidR="00A901B4" w:rsidRDefault="006049E4">
      <w:pPr>
        <w:jc w:val="center"/>
      </w:pPr>
      <w:r>
        <w:rPr>
          <w:b/>
        </w:rPr>
        <w:t>4th &amp; College Church of Christ</w:t>
      </w:r>
    </w:p>
    <w:p w14:paraId="143DA76E" w14:textId="77777777" w:rsidR="00A901B4" w:rsidRDefault="006049E4">
      <w:pPr>
        <w:pStyle w:val="Heading1"/>
        <w:jc w:val="center"/>
      </w:pPr>
      <w:r>
        <w:t>Associate Minister Candidate Packet</w:t>
      </w:r>
    </w:p>
    <w:p w14:paraId="1C4CF484" w14:textId="77777777" w:rsidR="00A901B4" w:rsidRDefault="006049E4">
      <w:pPr>
        <w:jc w:val="center"/>
      </w:pPr>
      <w:r>
        <w:t>Cordell, Oklahoma</w:t>
      </w:r>
    </w:p>
    <w:p w14:paraId="4F4D1F5A" w14:textId="77777777" w:rsidR="00A901B4" w:rsidRDefault="006049E4">
      <w:pPr>
        <w:pStyle w:val="Heading2"/>
      </w:pPr>
      <w:r>
        <w:t>Welcome</w:t>
      </w:r>
    </w:p>
    <w:p w14:paraId="5CB8B0C3" w14:textId="77777777" w:rsidR="00A901B4" w:rsidRDefault="006049E4">
      <w:r>
        <w:t>Thank you for considering the possibility of joining the ministry of 4th &amp; College Church of Christ. We are a church on a journey—one that has a long history, a renewed vision, and a desire to love people and lead them to Jesus.</w:t>
      </w:r>
    </w:p>
    <w:p w14:paraId="3462065A" w14:textId="77777777" w:rsidR="00A901B4" w:rsidRDefault="006049E4">
      <w:pPr>
        <w:pStyle w:val="Heading2"/>
      </w:pPr>
      <w:r>
        <w:t>About 4th &amp; College Church of Christ</w:t>
      </w:r>
    </w:p>
    <w:p w14:paraId="2F9A788C" w14:textId="77777777" w:rsidR="00A901B4" w:rsidRDefault="006049E4">
      <w:r>
        <w:t>A Church of Christ began meeting in 1894 in a small dugout school building outside Cordell. From those beginnings, God has continued to write the story of this congregation.</w:t>
      </w:r>
    </w:p>
    <w:p w14:paraId="540F6222" w14:textId="77C7F9FD" w:rsidR="00A901B4" w:rsidRDefault="006049E4">
      <w:r>
        <w:t>In 2020, the church began a replanting journey after declining attendance. Under the leadership of Josh Yaeger and with coaching from Nexus Church Planting, the congregation relaunched in 2024 with a renewed focus on reaching people and making disciples</w:t>
      </w:r>
      <w:r w:rsidR="00B2312C">
        <w:t xml:space="preserve">.  </w:t>
      </w:r>
    </w:p>
    <w:p w14:paraId="6D3492EF" w14:textId="77777777" w:rsidR="00A901B4" w:rsidRDefault="006049E4">
      <w:pPr>
        <w:pStyle w:val="Heading2"/>
      </w:pPr>
      <w:r>
        <w:t>Our Mission</w:t>
      </w:r>
    </w:p>
    <w:p w14:paraId="14F5B9D6" w14:textId="77777777" w:rsidR="00A901B4" w:rsidRDefault="006049E4">
      <w:r>
        <w:t>Loving people and leading them to Jesus.</w:t>
      </w:r>
    </w:p>
    <w:p w14:paraId="31E70682" w14:textId="77777777" w:rsidR="00A901B4" w:rsidRDefault="006049E4">
      <w:pPr>
        <w:pStyle w:val="Heading2"/>
      </w:pPr>
      <w:r>
        <w:t>Our Ministry Values</w:t>
      </w:r>
    </w:p>
    <w:p w14:paraId="06F172CF" w14:textId="77777777" w:rsidR="00A901B4" w:rsidRDefault="006049E4">
      <w:pPr>
        <w:pStyle w:val="ListBullet"/>
      </w:pPr>
      <w:r>
        <w:t>Adopted Family — We believe the church is a family where people belong.</w:t>
      </w:r>
    </w:p>
    <w:p w14:paraId="77CE30E9" w14:textId="77777777" w:rsidR="00A901B4" w:rsidRDefault="006049E4">
      <w:pPr>
        <w:pStyle w:val="ListBullet"/>
      </w:pPr>
      <w:r>
        <w:t>Connected Body — We believe discipleship happens through meaningful relationships.</w:t>
      </w:r>
    </w:p>
    <w:p w14:paraId="3C373FF3" w14:textId="77777777" w:rsidR="00A901B4" w:rsidRDefault="006049E4">
      <w:pPr>
        <w:pStyle w:val="ListBullet"/>
      </w:pPr>
      <w:r>
        <w:t>Mended People — We believe Jesus restores broken people.</w:t>
      </w:r>
    </w:p>
    <w:p w14:paraId="2E9D16EF" w14:textId="77777777" w:rsidR="00A901B4" w:rsidRDefault="006049E4">
      <w:pPr>
        <w:pStyle w:val="ListBullet"/>
      </w:pPr>
      <w:r>
        <w:t>Commissioned Multipliers — We believe every disciple is called to help others follow Jesus.</w:t>
      </w:r>
    </w:p>
    <w:p w14:paraId="5B859781" w14:textId="77777777" w:rsidR="00A901B4" w:rsidRDefault="006049E4">
      <w:pPr>
        <w:pStyle w:val="Heading2"/>
      </w:pPr>
      <w:r>
        <w:t>Our Strategy</w:t>
      </w:r>
    </w:p>
    <w:p w14:paraId="2F12110C" w14:textId="77777777" w:rsidR="00A901B4" w:rsidRDefault="006049E4">
      <w:r>
        <w:t>We believe spiritual growth happens as people move from simply attending church to fully living as disciples of Jesus. Our strategy is built around four simple movements:</w:t>
      </w:r>
    </w:p>
    <w:p w14:paraId="6324C363" w14:textId="1F29AC19" w:rsidR="00A901B4" w:rsidRDefault="006049E4">
      <w:pPr>
        <w:pStyle w:val="ListBullet"/>
      </w:pPr>
      <w:r>
        <w:t>Gather for Worship — We gather together to honor God, encounter Jesus, and encourage one another.</w:t>
      </w:r>
    </w:p>
    <w:p w14:paraId="1468987D" w14:textId="5C60BC1B" w:rsidR="00A901B4" w:rsidRDefault="006049E4">
      <w:pPr>
        <w:pStyle w:val="ListBullet"/>
      </w:pPr>
      <w:r>
        <w:t>Connect in a Group — We believe transformation happens through authentic relationships and intentional discipleship.</w:t>
      </w:r>
    </w:p>
    <w:p w14:paraId="0BAEBFFE" w14:textId="420F52B6" w:rsidR="00A901B4" w:rsidRDefault="006049E4">
      <w:pPr>
        <w:pStyle w:val="ListBullet"/>
      </w:pPr>
      <w:r>
        <w:t>Serve on a Team — We believe every person has gifts and a place to contribute to God's mission.</w:t>
      </w:r>
    </w:p>
    <w:p w14:paraId="4A0818D0" w14:textId="687530B0" w:rsidR="00A901B4" w:rsidRDefault="006049E4">
      <w:pPr>
        <w:pStyle w:val="ListBullet"/>
      </w:pPr>
      <w:r>
        <w:t>Live as Salt and Light — We believe disciples are called to represent Jesus in their homes, workplaces, schools, and community.</w:t>
      </w:r>
    </w:p>
    <w:p w14:paraId="0A619F34" w14:textId="4331182E" w:rsidR="005469E1" w:rsidRDefault="005469E1" w:rsidP="005469E1">
      <w:pPr>
        <w:pStyle w:val="Heading2"/>
      </w:pPr>
      <w:r>
        <w:t>Outcomes/Measures</w:t>
      </w:r>
    </w:p>
    <w:p w14:paraId="5E253A52" w14:textId="77EBA231" w:rsidR="005469E1" w:rsidRDefault="005469E1" w:rsidP="005469E1">
      <w:r>
        <w:t xml:space="preserve">We believe that the typical measures of attendance and offering are not the most helpful things to pay attention to.   So instead of </w:t>
      </w:r>
      <w:r w:rsidR="00B2312C">
        <w:t>primarily focusing</w:t>
      </w:r>
      <w:r w:rsidR="002F5101">
        <w:t xml:space="preserve"> on</w:t>
      </w:r>
      <w:r>
        <w:t xml:space="preserve"> these two things, we want to measure:</w:t>
      </w:r>
    </w:p>
    <w:p w14:paraId="553B50FA" w14:textId="509DC75A" w:rsidR="005469E1" w:rsidRDefault="005469E1" w:rsidP="005469E1">
      <w:pPr>
        <w:pStyle w:val="ListBullet"/>
      </w:pPr>
      <w:r>
        <w:t>Are we becoming good soil for the seed of the Word of God to grow in?</w:t>
      </w:r>
    </w:p>
    <w:p w14:paraId="5C4D64D8" w14:textId="7E661C7E" w:rsidR="005469E1" w:rsidRDefault="005469E1" w:rsidP="005469E1">
      <w:pPr>
        <w:pStyle w:val="ListBullet"/>
      </w:pPr>
      <w:r>
        <w:t xml:space="preserve">Are we Spirit-filled rather than being led by our fleshly desires? </w:t>
      </w:r>
    </w:p>
    <w:p w14:paraId="5A6D7F60" w14:textId="7B6E1683" w:rsidR="005469E1" w:rsidRDefault="005469E1" w:rsidP="005469E1">
      <w:pPr>
        <w:pStyle w:val="ListBullet"/>
      </w:pPr>
      <w:r>
        <w:t xml:space="preserve">Are we fully engaged and using our God-given talents and abilities?  </w:t>
      </w:r>
    </w:p>
    <w:p w14:paraId="35BC69C1" w14:textId="338E6343" w:rsidR="005469E1" w:rsidRDefault="005469E1" w:rsidP="005469E1">
      <w:pPr>
        <w:pStyle w:val="ListBullet"/>
      </w:pPr>
      <w:r>
        <w:t>Are we on Mission</w:t>
      </w:r>
      <w:r w:rsidR="00B2312C">
        <w:t>?</w:t>
      </w:r>
    </w:p>
    <w:p w14:paraId="33ACBD7A" w14:textId="77777777" w:rsidR="00A901B4" w:rsidRDefault="006049E4">
      <w:r>
        <w:br w:type="page"/>
      </w:r>
    </w:p>
    <w:p w14:paraId="04EDC9F7" w14:textId="77777777" w:rsidR="00A901B4" w:rsidRDefault="006049E4">
      <w:pPr>
        <w:pStyle w:val="Heading1"/>
        <w:jc w:val="center"/>
      </w:pPr>
      <w:r>
        <w:lastRenderedPageBreak/>
        <w:t>Our 2026 VBS Team</w:t>
      </w:r>
    </w:p>
    <w:p w14:paraId="3169B7A3" w14:textId="77777777" w:rsidR="00A901B4" w:rsidRDefault="006049E4">
      <w:pPr>
        <w:jc w:val="center"/>
      </w:pPr>
      <w:r>
        <w:rPr>
          <w:noProof/>
        </w:rPr>
        <w:drawing>
          <wp:inline distT="0" distB="0" distL="0" distR="0" wp14:anchorId="75917C39" wp14:editId="69579376">
            <wp:extent cx="5943600" cy="2458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BS Pic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6B6D1" w14:textId="0F2D5515" w:rsidR="00A901B4" w:rsidRDefault="006049E4">
      <w:pPr>
        <w:jc w:val="center"/>
      </w:pPr>
      <w:r>
        <w:t xml:space="preserve">Our 2026 VBS Team — A picture of </w:t>
      </w:r>
      <w:r w:rsidR="00B2312C">
        <w:t xml:space="preserve">some of </w:t>
      </w:r>
      <w:r>
        <w:t>the people who make ministry happen at 4th &amp; College. We believe ministry is done together as a community of believers who serve, love, and lead others toward Jesus.</w:t>
      </w:r>
    </w:p>
    <w:p w14:paraId="5F903828" w14:textId="77777777" w:rsidR="00A901B4" w:rsidRDefault="006049E4">
      <w:pPr>
        <w:pStyle w:val="Heading2"/>
      </w:pPr>
      <w:r>
        <w:t>The Associate Minister Opportunity</w:t>
      </w:r>
    </w:p>
    <w:p w14:paraId="3AC73444" w14:textId="77777777" w:rsidR="00A901B4" w:rsidRDefault="006049E4">
      <w:r>
        <w:t xml:space="preserve">The </w:t>
      </w:r>
      <w:proofErr w:type="gramStart"/>
      <w:r>
        <w:t>Associate Minister</w:t>
      </w:r>
      <w:proofErr w:type="gramEnd"/>
      <w:r>
        <w:t xml:space="preserve"> will serve as the primary preaching minister while providing leadership for adult discipleship ministries and congregational care.</w:t>
      </w:r>
    </w:p>
    <w:p w14:paraId="072CF776" w14:textId="77777777" w:rsidR="00A901B4" w:rsidRDefault="006049E4">
      <w:pPr>
        <w:pStyle w:val="ListBullet"/>
      </w:pPr>
      <w:r>
        <w:t>Preach approximately 37–40 times per year.</w:t>
      </w:r>
    </w:p>
    <w:p w14:paraId="631E2CC7" w14:textId="77777777" w:rsidR="00A901B4" w:rsidRDefault="006049E4">
      <w:pPr>
        <w:pStyle w:val="ListBullet"/>
      </w:pPr>
      <w:r>
        <w:t>Lead adult discipleship ministries.</w:t>
      </w:r>
    </w:p>
    <w:p w14:paraId="17A8B001" w14:textId="77777777" w:rsidR="00A901B4" w:rsidRDefault="006049E4">
      <w:pPr>
        <w:pStyle w:val="ListBullet"/>
      </w:pPr>
      <w:r>
        <w:t>Coordinate care and benevolence ministries.</w:t>
      </w:r>
    </w:p>
    <w:p w14:paraId="3D74C472" w14:textId="77777777" w:rsidR="00A901B4" w:rsidRDefault="006049E4">
      <w:pPr>
        <w:pStyle w:val="ListBullet"/>
      </w:pPr>
      <w:r>
        <w:t>Build relationships throughout the Cordell community.</w:t>
      </w:r>
    </w:p>
    <w:p w14:paraId="43A11817" w14:textId="77777777" w:rsidR="00A901B4" w:rsidRDefault="006049E4">
      <w:pPr>
        <w:pStyle w:val="ListBullet"/>
      </w:pPr>
      <w:r>
        <w:t>Participate in pastoral care including visits, weddings, funerals, and counseling.</w:t>
      </w:r>
    </w:p>
    <w:p w14:paraId="24DED73F" w14:textId="77777777" w:rsidR="006E18F7" w:rsidRDefault="006E18F7" w:rsidP="006E18F7">
      <w:pPr>
        <w:pStyle w:val="Heading2"/>
      </w:pPr>
      <w:r>
        <w:t>Cordell, Oklahoma: The Community We Serve</w:t>
      </w:r>
    </w:p>
    <w:p w14:paraId="13F44DC0" w14:textId="77777777" w:rsidR="006E18F7" w:rsidRDefault="006E18F7" w:rsidP="006E18F7">
      <w:r>
        <w:t>Cordell is a rural western Oklahoma community and the county seat of Washita County. The city has approximately 2,700–2,800 residents, with the broader school/community area serving around 4,300 people.</w:t>
      </w:r>
    </w:p>
    <w:p w14:paraId="1E578BA1" w14:textId="4D29BC9A" w:rsidR="006E18F7" w:rsidRDefault="006E18F7" w:rsidP="006E18F7">
      <w:pPr>
        <w:pStyle w:val="ListBullet"/>
      </w:pPr>
      <w:r>
        <w:t>About 15 minutes from Clinton, and about 30 minutes from Weatherford and Elk City</w:t>
      </w:r>
      <w:r w:rsidR="00D70B14">
        <w:t xml:space="preserve"> and </w:t>
      </w:r>
      <w:r w:rsidR="00236F41">
        <w:t>90 minutes from Oklahoma City.</w:t>
      </w:r>
    </w:p>
    <w:p w14:paraId="1F9460E7" w14:textId="77777777" w:rsidR="006E18F7" w:rsidRDefault="006E18F7" w:rsidP="006E18F7">
      <w:pPr>
        <w:pStyle w:val="ListBullet"/>
      </w:pPr>
      <w:r>
        <w:t>A relationship-driven community where trust and presence matter.</w:t>
      </w:r>
    </w:p>
    <w:p w14:paraId="1A56475A" w14:textId="77777777" w:rsidR="006E18F7" w:rsidRDefault="006E18F7" w:rsidP="006E18F7">
      <w:pPr>
        <w:pStyle w:val="ListBullet"/>
      </w:pPr>
      <w:r>
        <w:t>Cordell Public Schools serve over 600 students from pre-K through 12th grade.</w:t>
      </w:r>
    </w:p>
    <w:p w14:paraId="7AFBFB78" w14:textId="77777777" w:rsidR="006E18F7" w:rsidRDefault="006E18F7" w:rsidP="006E18F7">
      <w:pPr>
        <w:pStyle w:val="ListBullet"/>
      </w:pPr>
      <w:r>
        <w:t>The community values family, education, local involvement, and churches.</w:t>
      </w:r>
    </w:p>
    <w:p w14:paraId="2FEB1824" w14:textId="3E436588" w:rsidR="006E18F7" w:rsidRDefault="006E18F7" w:rsidP="006E18F7">
      <w:r>
        <w:t>Ministry in Cordell is deeply relational. Growth happens through showing up, building trust, loving people well, and patiently leading</w:t>
      </w:r>
      <w:r w:rsidR="00591ADF">
        <w:t xml:space="preserve"> them</w:t>
      </w:r>
      <w:r>
        <w:t xml:space="preserve"> toward Jesus.</w:t>
      </w:r>
    </w:p>
    <w:p w14:paraId="6909E622" w14:textId="77777777" w:rsidR="006E18F7" w:rsidRDefault="006E18F7" w:rsidP="006E18F7">
      <w:pPr>
        <w:pStyle w:val="Heading2"/>
      </w:pPr>
      <w:r>
        <w:t>Strengths and Challenges of Ministry in Cordell</w:t>
      </w:r>
    </w:p>
    <w:p w14:paraId="3BCE8403" w14:textId="77777777" w:rsidR="006E18F7" w:rsidRDefault="006E18F7" w:rsidP="006E18F7">
      <w:r>
        <w:t>Strengths:</w:t>
      </w:r>
    </w:p>
    <w:p w14:paraId="7CAB42E0" w14:textId="77777777" w:rsidR="006E18F7" w:rsidRDefault="006E18F7" w:rsidP="006E18F7">
      <w:pPr>
        <w:pStyle w:val="ListBullet"/>
      </w:pPr>
      <w:r>
        <w:t>Affordable cost of living.</w:t>
      </w:r>
    </w:p>
    <w:p w14:paraId="513178C5" w14:textId="77777777" w:rsidR="006E18F7" w:rsidRDefault="006E18F7" w:rsidP="006E18F7">
      <w:pPr>
        <w:pStyle w:val="ListBullet"/>
      </w:pPr>
      <w:r>
        <w:t>Low crime and strong community relationships.</w:t>
      </w:r>
    </w:p>
    <w:p w14:paraId="71F2FEE5" w14:textId="77777777" w:rsidR="006E18F7" w:rsidRDefault="006E18F7" w:rsidP="006E18F7">
      <w:pPr>
        <w:pStyle w:val="ListBullet"/>
      </w:pPr>
      <w:r>
        <w:t>Opportunity to make a visible difference.</w:t>
      </w:r>
    </w:p>
    <w:p w14:paraId="12299586" w14:textId="77777777" w:rsidR="006E18F7" w:rsidRDefault="006E18F7" w:rsidP="006E18F7">
      <w:pPr>
        <w:pStyle w:val="ListBullet"/>
      </w:pPr>
      <w:r>
        <w:t>Less competition for attention than larger communities.</w:t>
      </w:r>
    </w:p>
    <w:p w14:paraId="19F0D1FF" w14:textId="77777777" w:rsidR="00B2312C" w:rsidRDefault="00B2312C" w:rsidP="006E18F7"/>
    <w:p w14:paraId="6059F2BF" w14:textId="5925CB30" w:rsidR="006E18F7" w:rsidRDefault="006E18F7" w:rsidP="006E18F7">
      <w:r>
        <w:t>Challenges:</w:t>
      </w:r>
    </w:p>
    <w:p w14:paraId="75C264A5" w14:textId="77777777" w:rsidR="006E18F7" w:rsidRDefault="006E18F7" w:rsidP="006E18F7">
      <w:pPr>
        <w:pStyle w:val="ListBullet"/>
      </w:pPr>
      <w:r>
        <w:t>A smaller community with fewer conveniences.</w:t>
      </w:r>
    </w:p>
    <w:p w14:paraId="3D9C1749" w14:textId="77777777" w:rsidR="006E18F7" w:rsidRDefault="006E18F7" w:rsidP="006E18F7">
      <w:pPr>
        <w:pStyle w:val="ListBullet"/>
      </w:pPr>
      <w:r>
        <w:t>Limited entertainment options.</w:t>
      </w:r>
    </w:p>
    <w:p w14:paraId="2836236A" w14:textId="77777777" w:rsidR="006E18F7" w:rsidRDefault="006E18F7" w:rsidP="006E18F7">
      <w:pPr>
        <w:pStyle w:val="ListBullet"/>
      </w:pPr>
      <w:r>
        <w:t>Many young adults leave after graduation.</w:t>
      </w:r>
    </w:p>
    <w:p w14:paraId="3FF94F75" w14:textId="77777777" w:rsidR="006E18F7" w:rsidRDefault="006E18F7" w:rsidP="006E18F7">
      <w:pPr>
        <w:pStyle w:val="ListBullet"/>
      </w:pPr>
      <w:r>
        <w:t>Building trust and relationships takes time.</w:t>
      </w:r>
    </w:p>
    <w:p w14:paraId="3B0605A8" w14:textId="77777777" w:rsidR="00A901B4" w:rsidRDefault="006049E4">
      <w:pPr>
        <w:pStyle w:val="Heading2"/>
      </w:pPr>
      <w:r>
        <w:t>Compensation &amp; Benefits</w:t>
      </w:r>
    </w:p>
    <w:p w14:paraId="7113E3C8" w14:textId="77777777" w:rsidR="00A901B4" w:rsidRDefault="006049E4">
      <w:pPr>
        <w:pStyle w:val="ListBullet"/>
      </w:pPr>
      <w:r>
        <w:t>Full-time position.</w:t>
      </w:r>
    </w:p>
    <w:p w14:paraId="2316631F" w14:textId="71A24017" w:rsidR="00A901B4" w:rsidRDefault="006049E4">
      <w:pPr>
        <w:pStyle w:val="ListBullet"/>
      </w:pPr>
      <w:r>
        <w:t>$45,000/year salary</w:t>
      </w:r>
      <w:r w:rsidR="006E18F7">
        <w:t xml:space="preserve"> (negotiable)</w:t>
      </w:r>
      <w:r>
        <w:t>.</w:t>
      </w:r>
    </w:p>
    <w:p w14:paraId="2CE572A8" w14:textId="77777777" w:rsidR="00A901B4" w:rsidRDefault="006049E4">
      <w:pPr>
        <w:pStyle w:val="ListBullet"/>
      </w:pPr>
      <w:r>
        <w:t>$2,000 continuing education fund.</w:t>
      </w:r>
    </w:p>
    <w:p w14:paraId="796C5B10" w14:textId="77777777" w:rsidR="00A901B4" w:rsidRDefault="006049E4">
      <w:pPr>
        <w:pStyle w:val="ListBullet"/>
      </w:pPr>
      <w:r>
        <w:t>Retirement matching up to 3%.</w:t>
      </w:r>
    </w:p>
    <w:p w14:paraId="4CEE7251" w14:textId="77777777" w:rsidR="00A901B4" w:rsidRDefault="006049E4">
      <w:pPr>
        <w:pStyle w:val="ListBullet"/>
      </w:pPr>
      <w:r>
        <w:t>Two weeks paid vacation.</w:t>
      </w:r>
    </w:p>
    <w:p w14:paraId="72A470DA" w14:textId="77777777" w:rsidR="00A901B4" w:rsidRDefault="006049E4">
      <w:pPr>
        <w:pStyle w:val="ListBullet"/>
      </w:pPr>
      <w:r>
        <w:t>One month sabbatical every five years.</w:t>
      </w:r>
    </w:p>
    <w:p w14:paraId="298A5CD3" w14:textId="77777777" w:rsidR="00A901B4" w:rsidRDefault="006049E4">
      <w:pPr>
        <w:pStyle w:val="ListBullet"/>
      </w:pPr>
      <w:r>
        <w:t>Three-bedroom, two-bath parsonage provided.</w:t>
      </w:r>
    </w:p>
    <w:p w14:paraId="3C17C76B" w14:textId="77777777" w:rsidR="00A901B4" w:rsidRDefault="006049E4">
      <w:pPr>
        <w:pStyle w:val="Heading2"/>
      </w:pPr>
      <w:r>
        <w:t>Our Hope</w:t>
      </w:r>
    </w:p>
    <w:p w14:paraId="774A399F" w14:textId="77777777" w:rsidR="00A901B4" w:rsidRDefault="006049E4">
      <w:r>
        <w:t>We are not simply looking to fill a position. We are looking for someone who wants to join a mission—loving people, making disciples, and helping our community encounter Jesus.</w:t>
      </w:r>
    </w:p>
    <w:sectPr w:rsidR="00A901B4" w:rsidSect="00B231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6F41"/>
    <w:rsid w:val="0029639D"/>
    <w:rsid w:val="002F5101"/>
    <w:rsid w:val="00326F90"/>
    <w:rsid w:val="004734D3"/>
    <w:rsid w:val="00487001"/>
    <w:rsid w:val="005469E1"/>
    <w:rsid w:val="00591ADF"/>
    <w:rsid w:val="006049E4"/>
    <w:rsid w:val="006246B9"/>
    <w:rsid w:val="006E18F7"/>
    <w:rsid w:val="00882D2D"/>
    <w:rsid w:val="008B5E36"/>
    <w:rsid w:val="00A901B4"/>
    <w:rsid w:val="00AA1D8D"/>
    <w:rsid w:val="00B2312C"/>
    <w:rsid w:val="00B27E91"/>
    <w:rsid w:val="00B47730"/>
    <w:rsid w:val="00CB0664"/>
    <w:rsid w:val="00D70B14"/>
    <w:rsid w:val="00EB633A"/>
    <w:rsid w:val="00F01F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93DF26"/>
  <w14:defaultImageDpi w14:val="300"/>
  <w15:docId w15:val="{71302042-2D65-42B9-8783-69D0B73F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Magner, Brent</cp:lastModifiedBy>
  <cp:revision>2</cp:revision>
  <dcterms:created xsi:type="dcterms:W3CDTF">2026-09-18T15:12:00Z</dcterms:created>
  <dcterms:modified xsi:type="dcterms:W3CDTF">2026-09-18T15:12:00Z</dcterms:modified>
  <cp:category/>
</cp:coreProperties>
</file>